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CE661" w14:textId="77777777" w:rsidR="008B7081" w:rsidRDefault="00000000">
      <w:pPr>
        <w:pStyle w:val="Heading1"/>
        <w:jc w:val="center"/>
      </w:pPr>
      <w:r>
        <w:t>JUDUL ARTIKEL (Times New Roman 14, Bold, Huruf Kapital)</w:t>
      </w:r>
    </w:p>
    <w:p w14:paraId="1E0F13D9" w14:textId="77777777" w:rsidR="008B7081" w:rsidRDefault="00000000">
      <w:r>
        <w:br/>
      </w:r>
    </w:p>
    <w:p w14:paraId="437921EE" w14:textId="77777777" w:rsidR="008B7081" w:rsidRDefault="00000000">
      <w:pPr>
        <w:pStyle w:val="Heading2"/>
      </w:pPr>
      <w:r>
        <w:t>Identitas Penulis</w:t>
      </w:r>
    </w:p>
    <w:p w14:paraId="191786D9" w14:textId="5FED2AC7" w:rsidR="008B7081" w:rsidRDefault="00000000">
      <w:r>
        <w:t xml:space="preserve">Nama </w:t>
      </w:r>
      <w:proofErr w:type="spellStart"/>
      <w:r>
        <w:t>Lengkap</w:t>
      </w:r>
      <w:proofErr w:type="spellEnd"/>
      <w:r w:rsidR="000527CF">
        <w:tab/>
      </w:r>
      <w:r w:rsidR="000527CF">
        <w:tab/>
      </w:r>
      <w:r w:rsidR="000527CF">
        <w:tab/>
      </w:r>
      <w:r>
        <w:t xml:space="preserve">: </w:t>
      </w:r>
    </w:p>
    <w:p w14:paraId="369CEF13" w14:textId="2DE9576A" w:rsidR="008B7081" w:rsidRDefault="00000000">
      <w:proofErr w:type="spellStart"/>
      <w:r>
        <w:t>Nomor</w:t>
      </w:r>
      <w:proofErr w:type="spellEnd"/>
      <w:r>
        <w:t xml:space="preserve"> </w:t>
      </w:r>
      <w:proofErr w:type="spellStart"/>
      <w:r w:rsidR="000527CF">
        <w:t>Pokok</w:t>
      </w:r>
      <w:proofErr w:type="spellEnd"/>
      <w:r w:rsidR="000527CF">
        <w:t xml:space="preserve"> </w:t>
      </w:r>
      <w:proofErr w:type="spellStart"/>
      <w:proofErr w:type="gramStart"/>
      <w:r>
        <w:t>Anggota</w:t>
      </w:r>
      <w:proofErr w:type="spellEnd"/>
      <w:r>
        <w:t xml:space="preserve">  </w:t>
      </w:r>
      <w:r w:rsidR="000527CF">
        <w:t>(</w:t>
      </w:r>
      <w:proofErr w:type="gramEnd"/>
      <w:r w:rsidR="000527CF">
        <w:t>NPA)</w:t>
      </w:r>
      <w:r w:rsidR="000527CF">
        <w:tab/>
      </w:r>
      <w:r>
        <w:t xml:space="preserve">: </w:t>
      </w:r>
    </w:p>
    <w:p w14:paraId="3D8C873E" w14:textId="6D7239AE" w:rsidR="008B7081" w:rsidRDefault="00000000">
      <w:proofErr w:type="spellStart"/>
      <w:r>
        <w:t>Instansi</w:t>
      </w:r>
      <w:proofErr w:type="spellEnd"/>
      <w:r>
        <w:t>/</w:t>
      </w:r>
      <w:proofErr w:type="spellStart"/>
      <w:r>
        <w:t>Sekolah</w:t>
      </w:r>
      <w:proofErr w:type="spellEnd"/>
      <w:r w:rsidR="000527CF">
        <w:tab/>
      </w:r>
      <w:r w:rsidR="000527CF">
        <w:tab/>
      </w:r>
      <w:r>
        <w:t xml:space="preserve">: </w:t>
      </w:r>
    </w:p>
    <w:p w14:paraId="532D191C" w14:textId="7BB44793" w:rsidR="008B7081" w:rsidRDefault="00000000">
      <w:proofErr w:type="spellStart"/>
      <w:r>
        <w:t>Jabatan</w:t>
      </w:r>
      <w:proofErr w:type="spellEnd"/>
      <w:r w:rsidR="000527CF">
        <w:tab/>
      </w:r>
      <w:r w:rsidR="000527CF">
        <w:tab/>
      </w:r>
      <w:r w:rsidR="000527CF">
        <w:tab/>
      </w:r>
      <w:r w:rsidR="000527CF">
        <w:tab/>
      </w:r>
      <w:r>
        <w:t xml:space="preserve">: </w:t>
      </w:r>
    </w:p>
    <w:p w14:paraId="04291ADF" w14:textId="62BF9DFE" w:rsidR="008B7081" w:rsidRDefault="00000000">
      <w:r>
        <w:t>Emai</w:t>
      </w:r>
      <w:r w:rsidR="000527CF">
        <w:t>l</w:t>
      </w:r>
      <w:r w:rsidR="000527CF">
        <w:tab/>
      </w:r>
      <w:r w:rsidR="000527CF">
        <w:tab/>
      </w:r>
      <w:r w:rsidR="000527CF">
        <w:tab/>
      </w:r>
      <w:r w:rsidR="000527CF">
        <w:tab/>
      </w:r>
      <w:r>
        <w:t xml:space="preserve">: </w:t>
      </w:r>
    </w:p>
    <w:p w14:paraId="37F88C5E" w14:textId="36F1FB2D" w:rsidR="008B7081" w:rsidRDefault="00000000">
      <w:r>
        <w:t>No. HP/WhatsApp</w:t>
      </w:r>
      <w:r w:rsidR="000527CF">
        <w:tab/>
      </w:r>
      <w:r w:rsidR="000527CF">
        <w:tab/>
      </w:r>
      <w:r>
        <w:t xml:space="preserve">: </w:t>
      </w:r>
    </w:p>
    <w:p w14:paraId="552DC432" w14:textId="77777777" w:rsidR="008B7081" w:rsidRDefault="00000000">
      <w:r>
        <w:br/>
      </w:r>
    </w:p>
    <w:p w14:paraId="57CC8808" w14:textId="77777777" w:rsidR="008B7081" w:rsidRDefault="00000000">
      <w:pPr>
        <w:pStyle w:val="Heading2"/>
      </w:pPr>
      <w:r>
        <w:t>Abstrak (100–150 kata)</w:t>
      </w:r>
    </w:p>
    <w:p w14:paraId="5C8B7AE3" w14:textId="77777777" w:rsidR="008B7081" w:rsidRDefault="00000000">
      <w:r>
        <w:t>Tuliskan abstrak artikel di sini...</w:t>
      </w:r>
    </w:p>
    <w:p w14:paraId="6DF64A74" w14:textId="77777777" w:rsidR="008B7081" w:rsidRDefault="00000000">
      <w:r>
        <w:br/>
      </w:r>
    </w:p>
    <w:p w14:paraId="1C9324E0" w14:textId="77777777" w:rsidR="008B7081" w:rsidRDefault="00000000">
      <w:pPr>
        <w:pStyle w:val="Heading2"/>
      </w:pPr>
      <w:r>
        <w:t>Kata Kunci</w:t>
      </w:r>
    </w:p>
    <w:p w14:paraId="53FA6C08" w14:textId="77777777" w:rsidR="008B7081" w:rsidRDefault="00000000">
      <w:r>
        <w:t>Kata kunci 1, kata kunci 2, kata kunci 3 (3–5 kata kunci)</w:t>
      </w:r>
    </w:p>
    <w:p w14:paraId="490F53C2" w14:textId="77777777" w:rsidR="008B7081" w:rsidRDefault="00000000">
      <w:r>
        <w:br/>
      </w:r>
    </w:p>
    <w:p w14:paraId="6C0D260C" w14:textId="77777777" w:rsidR="008B7081" w:rsidRDefault="00000000">
      <w:pPr>
        <w:pStyle w:val="Heading2"/>
      </w:pPr>
      <w:r>
        <w:t>Pendahuluan</w:t>
      </w:r>
    </w:p>
    <w:p w14:paraId="4F797BC4" w14:textId="77777777" w:rsidR="008B7081" w:rsidRDefault="00000000">
      <w:r>
        <w:t>Uraikan latar belakang dan tujuan penulisan artikel...</w:t>
      </w:r>
    </w:p>
    <w:p w14:paraId="028DED24" w14:textId="77777777" w:rsidR="008B7081" w:rsidRDefault="00000000">
      <w:pPr>
        <w:pStyle w:val="Heading2"/>
      </w:pPr>
      <w:r>
        <w:t>Pembahasan</w:t>
      </w:r>
    </w:p>
    <w:p w14:paraId="19CF36E0" w14:textId="77777777" w:rsidR="008B7081" w:rsidRDefault="00000000">
      <w:r>
        <w:t>Uraikan isi utama artikel secara sistematis dan mendalam...</w:t>
      </w:r>
    </w:p>
    <w:p w14:paraId="3D78FD14" w14:textId="77777777" w:rsidR="008B7081" w:rsidRDefault="00000000">
      <w:pPr>
        <w:pStyle w:val="Heading2"/>
      </w:pPr>
      <w:r>
        <w:t>Penutup</w:t>
      </w:r>
    </w:p>
    <w:p w14:paraId="6591C09B" w14:textId="77777777" w:rsidR="008B7081" w:rsidRDefault="00000000">
      <w:r>
        <w:t>Tuliskan simpulan dan/atau rekomendasi...</w:t>
      </w:r>
    </w:p>
    <w:p w14:paraId="2396DA12" w14:textId="77777777" w:rsidR="008B7081" w:rsidRDefault="00000000">
      <w:r>
        <w:br/>
      </w:r>
    </w:p>
    <w:p w14:paraId="6D389D42" w14:textId="77777777" w:rsidR="008B7081" w:rsidRDefault="00000000">
      <w:pPr>
        <w:pStyle w:val="Heading2"/>
      </w:pPr>
      <w:r>
        <w:lastRenderedPageBreak/>
        <w:t>Daftar Pustaka</w:t>
      </w:r>
    </w:p>
    <w:p w14:paraId="2FF5DA13" w14:textId="77777777" w:rsidR="008B7081" w:rsidRDefault="00000000">
      <w:r>
        <w:t>Tuliskan referensi yang digunakan (jika ada) sesuai format yang berlaku.</w:t>
      </w:r>
    </w:p>
    <w:p w14:paraId="05BBD05D" w14:textId="77777777" w:rsidR="008B7081" w:rsidRDefault="00000000">
      <w:r>
        <w:br/>
      </w:r>
    </w:p>
    <w:p w14:paraId="113541E0" w14:textId="77777777" w:rsidR="008B7081" w:rsidRDefault="00000000">
      <w:pPr>
        <w:pStyle w:val="Heading2"/>
      </w:pPr>
      <w:r>
        <w:t>Pernyataan Keaslian Karya</w:t>
      </w:r>
    </w:p>
    <w:p w14:paraId="432CE9CB" w14:textId="77777777" w:rsidR="008B7081" w:rsidRDefault="00000000">
      <w:r>
        <w:t>Saya menyatakan bahwa artikel ini merupakan karya asli dan belum pernah dipublikasikan di media lain. Apabila di kemudian hari ditemukan pelanggaran, saya bersedia bertanggung jawab sesuai ketentuan yang berlaku.</w:t>
      </w:r>
    </w:p>
    <w:p w14:paraId="2D11EC29" w14:textId="2D52C875" w:rsidR="008B7081" w:rsidRDefault="00000000">
      <w:r>
        <w:br/>
      </w:r>
      <w:proofErr w:type="spellStart"/>
      <w:r>
        <w:t>Tempat</w:t>
      </w:r>
      <w:proofErr w:type="spellEnd"/>
      <w:r>
        <w:t xml:space="preserve">, </w:t>
      </w:r>
      <w:proofErr w:type="spellStart"/>
      <w:r>
        <w:t>Tanggal</w:t>
      </w:r>
      <w:proofErr w:type="spellEnd"/>
      <w:r w:rsidR="000527CF">
        <w:tab/>
      </w:r>
      <w:r>
        <w:t xml:space="preserve">: </w:t>
      </w:r>
    </w:p>
    <w:p w14:paraId="239DAB73" w14:textId="7069FE6E" w:rsidR="008B7081" w:rsidRDefault="000527CF">
      <w:r>
        <w:t>Nama Jelas</w:t>
      </w:r>
      <w:r>
        <w:tab/>
      </w:r>
      <w:r>
        <w:tab/>
      </w:r>
      <w:r w:rsidR="00000000">
        <w:t xml:space="preserve">: </w:t>
      </w:r>
    </w:p>
    <w:p w14:paraId="6BC7F0B3" w14:textId="77777777" w:rsidR="000527CF" w:rsidRDefault="000527CF"/>
    <w:p w14:paraId="72C72A59" w14:textId="5BE10C24" w:rsidR="008B7081" w:rsidRDefault="000527CF">
      <w:r>
        <w:t>Tanda Tangan</w:t>
      </w:r>
      <w:r>
        <w:tab/>
      </w:r>
      <w:r>
        <w:tab/>
      </w:r>
      <w:r w:rsidR="00000000">
        <w:t xml:space="preserve">: </w:t>
      </w:r>
    </w:p>
    <w:sectPr w:rsidR="008B708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22989900">
    <w:abstractNumId w:val="8"/>
  </w:num>
  <w:num w:numId="2" w16cid:durableId="2034458168">
    <w:abstractNumId w:val="6"/>
  </w:num>
  <w:num w:numId="3" w16cid:durableId="562370864">
    <w:abstractNumId w:val="5"/>
  </w:num>
  <w:num w:numId="4" w16cid:durableId="1248885159">
    <w:abstractNumId w:val="4"/>
  </w:num>
  <w:num w:numId="5" w16cid:durableId="508788591">
    <w:abstractNumId w:val="7"/>
  </w:num>
  <w:num w:numId="6" w16cid:durableId="1204825002">
    <w:abstractNumId w:val="3"/>
  </w:num>
  <w:num w:numId="7" w16cid:durableId="1459839298">
    <w:abstractNumId w:val="2"/>
  </w:num>
  <w:num w:numId="8" w16cid:durableId="1964118650">
    <w:abstractNumId w:val="1"/>
  </w:num>
  <w:num w:numId="9" w16cid:durableId="1420062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27CF"/>
    <w:rsid w:val="0006063C"/>
    <w:rsid w:val="0015074B"/>
    <w:rsid w:val="0029639D"/>
    <w:rsid w:val="00326F90"/>
    <w:rsid w:val="008B7081"/>
    <w:rsid w:val="00AA1D8D"/>
    <w:rsid w:val="00B47730"/>
    <w:rsid w:val="00CB0664"/>
    <w:rsid w:val="00E407F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14FE08"/>
  <w14:defaultImageDpi w14:val="300"/>
  <w15:docId w15:val="{3886B375-9E24-4DD3-8584-816559561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Digitalisasi</cp:lastModifiedBy>
  <cp:revision>2</cp:revision>
  <dcterms:created xsi:type="dcterms:W3CDTF">2013-12-23T23:15:00Z</dcterms:created>
  <dcterms:modified xsi:type="dcterms:W3CDTF">2026-02-27T16:33:00Z</dcterms:modified>
  <cp:category/>
</cp:coreProperties>
</file>